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9EC70E" w14:textId="77777777" w:rsidR="00373C9B" w:rsidRDefault="00000000">
      <w:pPr>
        <w:pStyle w:val="Nzov"/>
        <w:pBdr>
          <w:top w:val="nil"/>
          <w:left w:val="nil"/>
          <w:bottom w:val="nil"/>
          <w:right w:val="nil"/>
          <w:between w:val="nil"/>
          <w:bar w:val="nil"/>
        </w:pBdr>
      </w:pPr>
      <w:r>
        <w:t>Formulár na odstúpenie od zmluvy</w:t>
      </w:r>
    </w:p>
    <w:p w14:paraId="60474CAF" w14:textId="77777777" w:rsidR="00373C9B" w:rsidRDefault="00000000">
      <w:r>
        <w:t>Pre spotrebiteľov pri nákupe cez www.e-datashop.sk</w:t>
      </w:r>
    </w:p>
    <w:p w14:paraId="2A55C54B" w14:textId="77777777" w:rsidR="00373C9B" w:rsidRDefault="00000000">
      <w:r>
        <w:t>Vyplňte a odošlite, len ak chcete odstúpiť od zmluvy. Použitie tohto formulára nie je povinné. Odstúpenie možno oznámiť aj iným jednoznačným vyhlásením.</w:t>
      </w:r>
    </w:p>
    <w:p w14:paraId="377EA16B" w14:textId="77777777" w:rsidR="00373C9B" w:rsidRDefault="00000000">
      <w:pPr>
        <w:pStyle w:val="Nadpis1"/>
      </w:pPr>
      <w:r>
        <w:t>Komu formulár poslať</w:t>
      </w:r>
    </w:p>
    <w:p w14:paraId="1003512D" w14:textId="77777777" w:rsidR="00373C9B" w:rsidRDefault="00000000">
      <w:r>
        <w:t>Ing. František Javorík, IČO 33229627</w:t>
      </w:r>
      <w:r>
        <w:br/>
        <w:t>Sídlo: Kuzmányho 243/10, 039 01 Turčianske Teplice</w:t>
      </w:r>
      <w:r>
        <w:br/>
        <w:t>E-mail na odstúpenie: obchod@e-datashop.sk</w:t>
      </w:r>
      <w:r>
        <w:br/>
        <w:t>Adresa na doručenie formulára a tovaru: E-DATASHOP, Jilemnického 4003/47, 036 01 Martin</w:t>
      </w:r>
    </w:p>
    <w:p w14:paraId="6A4DF3E0" w14:textId="77777777" w:rsidR="00373C9B" w:rsidRDefault="00000000">
      <w:pPr>
        <w:pStyle w:val="Nadpis1"/>
      </w:pPr>
      <w:r>
        <w:t>Oznámenie spotrebiteľa</w:t>
      </w:r>
    </w:p>
    <w:p w14:paraId="4B91D1FC" w14:textId="77777777" w:rsidR="00373C9B" w:rsidRDefault="00000000">
      <w:r>
        <w:rPr>
          <w:b/>
        </w:rPr>
        <w:t>Týmto oznamujem, že odstupujem od kúpnej zmluvy týkajúcej sa tovaru uvedeného nižšie.</w:t>
      </w:r>
    </w:p>
    <w:p w14:paraId="343182D2" w14:textId="77777777" w:rsidR="00373C9B" w:rsidRDefault="00000000">
      <w:r>
        <w:t>Číslo objednávky alebo iný údaj na určenie nákupu: ______________________________</w:t>
      </w:r>
    </w:p>
    <w:p w14:paraId="6A7476B2" w14:textId="77777777" w:rsidR="00373C9B" w:rsidRDefault="00000000">
      <w:r>
        <w:t>Dátum objednania: __________________  Dátum prevzatia: _______________________</w:t>
      </w:r>
    </w:p>
    <w:p w14:paraId="10FA84A7" w14:textId="77777777" w:rsidR="00373C9B" w:rsidRDefault="00000000">
      <w:pPr>
        <w:pStyle w:val="Nadpis1"/>
      </w:pPr>
      <w:r>
        <w:t>Tovar ktorého sa odstúpenie týka</w:t>
      </w:r>
    </w:p>
    <w:tbl>
      <w:tblPr>
        <w:tblStyle w:val="Mriekatabuky"/>
        <w:tblW w:w="9751" w:type="dxa"/>
        <w:tblLayout w:type="fixed"/>
        <w:tblLook w:val="04A0" w:firstRow="1" w:lastRow="0" w:firstColumn="1" w:lastColumn="0" w:noHBand="0" w:noVBand="1"/>
      </w:tblPr>
      <w:tblGrid>
        <w:gridCol w:w="6350"/>
        <w:gridCol w:w="1417"/>
        <w:gridCol w:w="1984"/>
      </w:tblGrid>
      <w:tr w:rsidR="00373C9B" w14:paraId="3F5EEC0E" w14:textId="77777777">
        <w:tc>
          <w:tcPr>
            <w:tcW w:w="6350" w:type="dxa"/>
          </w:tcPr>
          <w:p w14:paraId="75BFA30D" w14:textId="77777777" w:rsidR="00373C9B" w:rsidRDefault="00000000">
            <w:pPr>
              <w:spacing w:before="60" w:after="60"/>
            </w:pPr>
            <w:r>
              <w:rPr>
                <w:b/>
                <w:sz w:val="18"/>
              </w:rPr>
              <w:t>Názov tovaru alebo kód produktu</w:t>
            </w:r>
          </w:p>
        </w:tc>
        <w:tc>
          <w:tcPr>
            <w:tcW w:w="1417" w:type="dxa"/>
          </w:tcPr>
          <w:p w14:paraId="53DF2641" w14:textId="77777777" w:rsidR="00373C9B" w:rsidRDefault="00000000">
            <w:pPr>
              <w:spacing w:before="60" w:after="60"/>
            </w:pPr>
            <w:r>
              <w:rPr>
                <w:b/>
                <w:sz w:val="18"/>
              </w:rPr>
              <w:t>Množstvo</w:t>
            </w:r>
          </w:p>
        </w:tc>
        <w:tc>
          <w:tcPr>
            <w:tcW w:w="1984" w:type="dxa"/>
          </w:tcPr>
          <w:p w14:paraId="32CB6142" w14:textId="77777777" w:rsidR="00373C9B" w:rsidRDefault="00000000">
            <w:pPr>
              <w:spacing w:before="60" w:after="60"/>
            </w:pPr>
            <w:r>
              <w:rPr>
                <w:b/>
                <w:sz w:val="18"/>
              </w:rPr>
              <w:t>Cena (nepovinné)</w:t>
            </w:r>
          </w:p>
        </w:tc>
      </w:tr>
      <w:tr w:rsidR="00373C9B" w14:paraId="54A36EA2" w14:textId="77777777">
        <w:trPr>
          <w:trHeight w:val="482"/>
        </w:trPr>
        <w:tc>
          <w:tcPr>
            <w:tcW w:w="6350" w:type="dxa"/>
          </w:tcPr>
          <w:p w14:paraId="3792AF13" w14:textId="77777777" w:rsidR="00373C9B" w:rsidRDefault="00373C9B">
            <w:pPr>
              <w:spacing w:before="60" w:after="60"/>
            </w:pPr>
          </w:p>
        </w:tc>
        <w:tc>
          <w:tcPr>
            <w:tcW w:w="1417" w:type="dxa"/>
          </w:tcPr>
          <w:p w14:paraId="11534B84" w14:textId="77777777" w:rsidR="00373C9B" w:rsidRDefault="00373C9B">
            <w:pPr>
              <w:spacing w:before="60" w:after="60"/>
            </w:pPr>
          </w:p>
        </w:tc>
        <w:tc>
          <w:tcPr>
            <w:tcW w:w="1984" w:type="dxa"/>
          </w:tcPr>
          <w:p w14:paraId="4384B1BD" w14:textId="77777777" w:rsidR="00373C9B" w:rsidRDefault="00373C9B">
            <w:pPr>
              <w:spacing w:before="60" w:after="60"/>
            </w:pPr>
          </w:p>
        </w:tc>
      </w:tr>
      <w:tr w:rsidR="00373C9B" w14:paraId="2E9303B2" w14:textId="77777777">
        <w:trPr>
          <w:trHeight w:val="482"/>
        </w:trPr>
        <w:tc>
          <w:tcPr>
            <w:tcW w:w="6350" w:type="dxa"/>
          </w:tcPr>
          <w:p w14:paraId="1CD827ED" w14:textId="77777777" w:rsidR="00373C9B" w:rsidRDefault="00373C9B">
            <w:pPr>
              <w:spacing w:before="60" w:after="60"/>
            </w:pPr>
          </w:p>
        </w:tc>
        <w:tc>
          <w:tcPr>
            <w:tcW w:w="1417" w:type="dxa"/>
          </w:tcPr>
          <w:p w14:paraId="2B80783B" w14:textId="77777777" w:rsidR="00373C9B" w:rsidRDefault="00373C9B">
            <w:pPr>
              <w:spacing w:before="60" w:after="60"/>
            </w:pPr>
          </w:p>
        </w:tc>
        <w:tc>
          <w:tcPr>
            <w:tcW w:w="1984" w:type="dxa"/>
          </w:tcPr>
          <w:p w14:paraId="7A912DB2" w14:textId="77777777" w:rsidR="00373C9B" w:rsidRDefault="00373C9B">
            <w:pPr>
              <w:spacing w:before="60" w:after="60"/>
            </w:pPr>
          </w:p>
        </w:tc>
      </w:tr>
      <w:tr w:rsidR="00373C9B" w14:paraId="0ED8A5A6" w14:textId="77777777">
        <w:trPr>
          <w:trHeight w:val="482"/>
        </w:trPr>
        <w:tc>
          <w:tcPr>
            <w:tcW w:w="6350" w:type="dxa"/>
          </w:tcPr>
          <w:p w14:paraId="59018B38" w14:textId="77777777" w:rsidR="00373C9B" w:rsidRDefault="00373C9B">
            <w:pPr>
              <w:spacing w:before="60" w:after="60"/>
            </w:pPr>
          </w:p>
        </w:tc>
        <w:tc>
          <w:tcPr>
            <w:tcW w:w="1417" w:type="dxa"/>
          </w:tcPr>
          <w:p w14:paraId="2B46CF18" w14:textId="77777777" w:rsidR="00373C9B" w:rsidRDefault="00373C9B">
            <w:pPr>
              <w:spacing w:before="60" w:after="60"/>
            </w:pPr>
          </w:p>
        </w:tc>
        <w:tc>
          <w:tcPr>
            <w:tcW w:w="1984" w:type="dxa"/>
          </w:tcPr>
          <w:p w14:paraId="568386D6" w14:textId="77777777" w:rsidR="00373C9B" w:rsidRDefault="00373C9B">
            <w:pPr>
              <w:spacing w:before="60" w:after="60"/>
            </w:pPr>
          </w:p>
        </w:tc>
      </w:tr>
    </w:tbl>
    <w:p w14:paraId="285785FB" w14:textId="77777777" w:rsidR="00373C9B" w:rsidRDefault="00000000">
      <w:pPr>
        <w:pStyle w:val="Nadpis1"/>
      </w:pPr>
      <w:r>
        <w:t>Údaje spotrebiteľa</w:t>
      </w:r>
    </w:p>
    <w:p w14:paraId="40BBBC42" w14:textId="77777777" w:rsidR="00373C9B" w:rsidRDefault="00000000">
      <w:r>
        <w:t>Meno a priezvisko: ________________________________________________________</w:t>
      </w:r>
    </w:p>
    <w:p w14:paraId="7D321427" w14:textId="77777777" w:rsidR="00373C9B" w:rsidRDefault="00000000">
      <w:r>
        <w:t>Adresa vrátane PSČ: ______________________________________________________</w:t>
      </w:r>
    </w:p>
    <w:p w14:paraId="053C16C1" w14:textId="77777777" w:rsidR="00373C9B" w:rsidRDefault="00000000">
      <w:r>
        <w:t>_______________________________________________________________________</w:t>
      </w:r>
    </w:p>
    <w:p w14:paraId="6D41A3E1" w14:textId="77777777" w:rsidR="00373C9B" w:rsidRDefault="00000000">
      <w:r>
        <w:t>E-mail alebo telefón na komunikáciu (nepovinné): _________________________________</w:t>
      </w:r>
    </w:p>
    <w:p w14:paraId="0A38F0AB" w14:textId="77777777" w:rsidR="00373C9B" w:rsidRDefault="00000000">
      <w:pPr>
        <w:pStyle w:val="Nadpis1"/>
      </w:pPr>
      <w:r>
        <w:t>Vrátenie platby</w:t>
      </w:r>
    </w:p>
    <w:p w14:paraId="45758266" w14:textId="77777777" w:rsidR="00373C9B" w:rsidRDefault="00000000">
      <w:r>
        <w:t>Platbu vrátime pôvodným spôsobom, pokiaľ sa bez ďalších poplatkov nedohodneme inak. IBAN vyplňte len pri dohodnutom vrátení prevodom, napríklad po platbe na dobierku.</w:t>
      </w:r>
    </w:p>
    <w:p w14:paraId="48185853" w14:textId="77777777" w:rsidR="00373C9B" w:rsidRDefault="00000000">
      <w:r>
        <w:t>IBAN (nepovinné): _________________________________________________________</w:t>
      </w:r>
    </w:p>
    <w:p w14:paraId="690136C0" w14:textId="77777777" w:rsidR="00373C9B" w:rsidRDefault="00000000">
      <w:r>
        <w:t>Dôvod odstúpenia (nepovinné): ______________________________________________</w:t>
      </w:r>
    </w:p>
    <w:p w14:paraId="6E9E5257" w14:textId="77777777" w:rsidR="00373C9B" w:rsidRDefault="00000000">
      <w:r>
        <w:t>Dátum: __________________  Podpis: ________________________________________</w:t>
      </w:r>
    </w:p>
    <w:p w14:paraId="4AC9D7B4" w14:textId="77777777" w:rsidR="00373C9B" w:rsidRDefault="00000000">
      <w:r>
        <w:t>Podpis je potrebný iba pri odoslaní formulára v listinnej podobe.</w:t>
      </w:r>
    </w:p>
    <w:p w14:paraId="3C64F739" w14:textId="77777777" w:rsidR="00373C9B" w:rsidRDefault="00000000">
      <w:r>
        <w:rPr>
          <w:sz w:val="17"/>
        </w:rPr>
        <w:t>Odstúpenie odošlite v zákonnej lehote; pri bežnom internetovom nákupe tovaru spravidla do 14 dní od prevzatia. Tovar odošlite alebo odovzdajte do 14 dní od odstúpenia. Vloženie formulára do balíka samo osebe nepredlžuje lehotu na oznámenie odstúpenia. Podrobné poučenie a zákonné výnimky sú uvedené v obchodných podmienkach e-shopu.</w:t>
      </w:r>
    </w:p>
    <w:sectPr w:rsidR="00373C9B" w:rsidSect="00034616">
      <w:pgSz w:w="11906" w:h="16838"/>
      <w:pgMar w:top="907"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slovanzoznam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slovanzoznam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Zoznamsodrka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Zoznamsodrka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slovanzoznam"/>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Zoznamsodrkami"/>
      <w:lvlText w:val=""/>
      <w:lvlJc w:val="left"/>
      <w:pPr>
        <w:tabs>
          <w:tab w:val="num" w:pos="360"/>
        </w:tabs>
        <w:ind w:left="360" w:hanging="360"/>
      </w:pPr>
      <w:rPr>
        <w:rFonts w:ascii="Symbol" w:hAnsi="Symbol" w:hint="default"/>
      </w:rPr>
    </w:lvl>
  </w:abstractNum>
  <w:num w:numId="1" w16cid:durableId="1949964626">
    <w:abstractNumId w:val="8"/>
  </w:num>
  <w:num w:numId="2" w16cid:durableId="1540312791">
    <w:abstractNumId w:val="6"/>
  </w:num>
  <w:num w:numId="3" w16cid:durableId="2074430088">
    <w:abstractNumId w:val="5"/>
  </w:num>
  <w:num w:numId="4" w16cid:durableId="480660664">
    <w:abstractNumId w:val="4"/>
  </w:num>
  <w:num w:numId="5" w16cid:durableId="1520777321">
    <w:abstractNumId w:val="7"/>
  </w:num>
  <w:num w:numId="6" w16cid:durableId="1384869256">
    <w:abstractNumId w:val="3"/>
  </w:num>
  <w:num w:numId="7" w16cid:durableId="211623707">
    <w:abstractNumId w:val="2"/>
  </w:num>
  <w:num w:numId="8" w16cid:durableId="1853450920">
    <w:abstractNumId w:val="1"/>
  </w:num>
  <w:num w:numId="9" w16cid:durableId="1380665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619E"/>
    <w:rsid w:val="0029639D"/>
    <w:rsid w:val="00326F90"/>
    <w:rsid w:val="00373C9B"/>
    <w:rsid w:val="00AA1D8D"/>
    <w:rsid w:val="00B47730"/>
    <w:rsid w:val="00CB0664"/>
    <w:rsid w:val="00FA507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AA9317"/>
  <w14:defaultImageDpi w14:val="300"/>
  <w15:docId w15:val="{D2B90F05-794D-4C52-AF02-F0BAB1177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FC693F"/>
    <w:pPr>
      <w:spacing w:after="120" w:line="259" w:lineRule="auto"/>
    </w:pPr>
    <w:rPr>
      <w:rFonts w:ascii="Arial" w:hAnsi="Arial"/>
      <w:color w:val="000000"/>
      <w:sz w:val="20"/>
    </w:rPr>
  </w:style>
  <w:style w:type="paragraph" w:styleId="Nadpis1">
    <w:name w:val="heading 1"/>
    <w:basedOn w:val="Normlny"/>
    <w:next w:val="Normlny"/>
    <w:link w:val="Nadpis1Char"/>
    <w:uiPriority w:val="9"/>
    <w:qFormat/>
    <w:rsid w:val="00FC693F"/>
    <w:pPr>
      <w:keepNext/>
      <w:keepLines/>
      <w:spacing w:before="180" w:after="100"/>
      <w:outlineLvl w:val="0"/>
    </w:pPr>
    <w:rPr>
      <w:rFonts w:asciiTheme="majorHAnsi" w:eastAsiaTheme="majorEastAsia" w:hAnsiTheme="majorHAnsi" w:cstheme="majorBidi"/>
      <w:b/>
      <w:bCs/>
      <w:sz w:val="22"/>
      <w:szCs w:val="28"/>
    </w:rPr>
  </w:style>
  <w:style w:type="paragraph" w:styleId="Nadpis2">
    <w:name w:val="heading 2"/>
    <w:basedOn w:val="Normlny"/>
    <w:next w:val="Normlny"/>
    <w:link w:val="Nadpis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y"/>
    <w:next w:val="Normlny"/>
    <w:link w:val="Nadpis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y"/>
    <w:next w:val="Normlny"/>
    <w:link w:val="Nadpis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y"/>
    <w:next w:val="Normlny"/>
    <w:link w:val="Nadpis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y"/>
    <w:next w:val="Normlny"/>
    <w:link w:val="Nadpis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Nadpis9">
    <w:name w:val="heading 9"/>
    <w:basedOn w:val="Normlny"/>
    <w:next w:val="Normlny"/>
    <w:link w:val="Nadpis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E618BF"/>
    <w:pPr>
      <w:tabs>
        <w:tab w:val="center" w:pos="4680"/>
        <w:tab w:val="right" w:pos="9360"/>
      </w:tabs>
      <w:spacing w:after="0" w:line="240" w:lineRule="auto"/>
    </w:pPr>
  </w:style>
  <w:style w:type="character" w:customStyle="1" w:styleId="HlavikaChar">
    <w:name w:val="Hlavička Char"/>
    <w:basedOn w:val="Predvolenpsmoodseku"/>
    <w:link w:val="Hlavika"/>
    <w:uiPriority w:val="99"/>
    <w:rsid w:val="00E618BF"/>
  </w:style>
  <w:style w:type="paragraph" w:styleId="Pta">
    <w:name w:val="footer"/>
    <w:basedOn w:val="Normlny"/>
    <w:link w:val="PtaChar"/>
    <w:uiPriority w:val="99"/>
    <w:unhideWhenUsed/>
    <w:rsid w:val="00E618BF"/>
    <w:pPr>
      <w:tabs>
        <w:tab w:val="center" w:pos="4680"/>
        <w:tab w:val="right" w:pos="9360"/>
      </w:tabs>
      <w:spacing w:after="0" w:line="240" w:lineRule="auto"/>
    </w:pPr>
  </w:style>
  <w:style w:type="character" w:customStyle="1" w:styleId="PtaChar">
    <w:name w:val="Päta Char"/>
    <w:basedOn w:val="Predvolenpsmoodseku"/>
    <w:link w:val="Pta"/>
    <w:uiPriority w:val="99"/>
    <w:rsid w:val="00E618BF"/>
  </w:style>
  <w:style w:type="paragraph" w:styleId="Bezriadkovania">
    <w:name w:val="No Spacing"/>
    <w:uiPriority w:val="1"/>
    <w:qFormat/>
    <w:rsid w:val="00FC693F"/>
    <w:pPr>
      <w:spacing w:after="0" w:line="240" w:lineRule="auto"/>
    </w:pPr>
  </w:style>
  <w:style w:type="character" w:customStyle="1" w:styleId="Nadpis1Char">
    <w:name w:val="Nadpis 1 Char"/>
    <w:basedOn w:val="Predvolenpsmoodseku"/>
    <w:link w:val="Nadpis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Predvolenpsmoodseku"/>
    <w:link w:val="Nadpis2"/>
    <w:uiPriority w:val="9"/>
    <w:rsid w:val="00FC693F"/>
    <w:rPr>
      <w:rFonts w:asciiTheme="majorHAnsi" w:eastAsiaTheme="majorEastAsia" w:hAnsiTheme="majorHAnsi" w:cstheme="majorBidi"/>
      <w:b/>
      <w:bCs/>
      <w:color w:val="4F81BD" w:themeColor="accent1"/>
      <w:sz w:val="26"/>
      <w:szCs w:val="26"/>
    </w:rPr>
  </w:style>
  <w:style w:type="character" w:customStyle="1" w:styleId="Nadpis3Char">
    <w:name w:val="Nadpis 3 Char"/>
    <w:basedOn w:val="Predvolenpsmoodseku"/>
    <w:link w:val="Nadpis3"/>
    <w:uiPriority w:val="9"/>
    <w:rsid w:val="00FC693F"/>
    <w:rPr>
      <w:rFonts w:asciiTheme="majorHAnsi" w:eastAsiaTheme="majorEastAsia" w:hAnsiTheme="majorHAnsi" w:cstheme="majorBidi"/>
      <w:b/>
      <w:bCs/>
      <w:color w:val="4F81BD" w:themeColor="accent1"/>
    </w:rPr>
  </w:style>
  <w:style w:type="paragraph" w:styleId="Nzov">
    <w:name w:val="Title"/>
    <w:basedOn w:val="Normlny"/>
    <w:next w:val="Normlny"/>
    <w:link w:val="NzovChar"/>
    <w:uiPriority w:val="10"/>
    <w:qFormat/>
    <w:rsid w:val="00FC693F"/>
    <w:pPr>
      <w:spacing w:after="140" w:line="240" w:lineRule="auto"/>
      <w:contextualSpacing/>
    </w:pPr>
    <w:rPr>
      <w:rFonts w:asciiTheme="majorHAnsi" w:eastAsiaTheme="majorEastAsia" w:hAnsiTheme="majorHAnsi" w:cstheme="majorBidi"/>
      <w:b/>
      <w:spacing w:val="5"/>
      <w:kern w:val="28"/>
      <w:sz w:val="38"/>
      <w:szCs w:val="52"/>
    </w:rPr>
  </w:style>
  <w:style w:type="character" w:customStyle="1" w:styleId="NzovChar">
    <w:name w:val="Názov Char"/>
    <w:basedOn w:val="Predvolenpsmoodseku"/>
    <w:link w:val="Nzov"/>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itul">
    <w:name w:val="Subtitle"/>
    <w:basedOn w:val="Normlny"/>
    <w:next w:val="Normlny"/>
    <w:link w:val="Podtitu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Predvolenpsmoodseku"/>
    <w:link w:val="Podtitul"/>
    <w:uiPriority w:val="11"/>
    <w:rsid w:val="00FC693F"/>
    <w:rPr>
      <w:rFonts w:asciiTheme="majorHAnsi" w:eastAsiaTheme="majorEastAsia" w:hAnsiTheme="majorHAnsi" w:cstheme="majorBidi"/>
      <w:i/>
      <w:iCs/>
      <w:color w:val="4F81BD" w:themeColor="accent1"/>
      <w:spacing w:val="15"/>
      <w:sz w:val="24"/>
      <w:szCs w:val="24"/>
    </w:rPr>
  </w:style>
  <w:style w:type="paragraph" w:styleId="Odsekzoznamu">
    <w:name w:val="List Paragraph"/>
    <w:basedOn w:val="Normlny"/>
    <w:uiPriority w:val="34"/>
    <w:qFormat/>
    <w:rsid w:val="00FC693F"/>
    <w:pPr>
      <w:ind w:left="720"/>
      <w:contextualSpacing/>
    </w:pPr>
  </w:style>
  <w:style w:type="paragraph" w:styleId="Zkladntext">
    <w:name w:val="Body Text"/>
    <w:basedOn w:val="Normlny"/>
    <w:link w:val="ZkladntextChar"/>
    <w:uiPriority w:val="99"/>
    <w:unhideWhenUsed/>
    <w:rsid w:val="00AA1D8D"/>
  </w:style>
  <w:style w:type="character" w:customStyle="1" w:styleId="ZkladntextChar">
    <w:name w:val="Základný text Char"/>
    <w:basedOn w:val="Predvolenpsmoodseku"/>
    <w:link w:val="Zkladntext"/>
    <w:uiPriority w:val="99"/>
    <w:rsid w:val="00AA1D8D"/>
  </w:style>
  <w:style w:type="paragraph" w:styleId="Zkladntext2">
    <w:name w:val="Body Text 2"/>
    <w:basedOn w:val="Normlny"/>
    <w:link w:val="Zkladntext2Char"/>
    <w:uiPriority w:val="99"/>
    <w:unhideWhenUsed/>
    <w:rsid w:val="00AA1D8D"/>
    <w:pPr>
      <w:spacing w:line="480" w:lineRule="auto"/>
    </w:pPr>
  </w:style>
  <w:style w:type="character" w:customStyle="1" w:styleId="Zkladntext2Char">
    <w:name w:val="Základný text 2 Char"/>
    <w:basedOn w:val="Predvolenpsmoodseku"/>
    <w:link w:val="Zkladntext2"/>
    <w:uiPriority w:val="99"/>
    <w:rsid w:val="00AA1D8D"/>
  </w:style>
  <w:style w:type="paragraph" w:styleId="Zkladntext3">
    <w:name w:val="Body Text 3"/>
    <w:basedOn w:val="Normlny"/>
    <w:link w:val="Zkladntext3Char"/>
    <w:uiPriority w:val="99"/>
    <w:unhideWhenUsed/>
    <w:rsid w:val="00AA1D8D"/>
    <w:rPr>
      <w:sz w:val="16"/>
      <w:szCs w:val="16"/>
    </w:rPr>
  </w:style>
  <w:style w:type="character" w:customStyle="1" w:styleId="Zkladntext3Char">
    <w:name w:val="Základný text 3 Char"/>
    <w:basedOn w:val="Predvolenpsmoodseku"/>
    <w:link w:val="Zkladntext3"/>
    <w:uiPriority w:val="99"/>
    <w:rsid w:val="00AA1D8D"/>
    <w:rPr>
      <w:sz w:val="16"/>
      <w:szCs w:val="16"/>
    </w:rPr>
  </w:style>
  <w:style w:type="paragraph" w:styleId="Zoznam">
    <w:name w:val="List"/>
    <w:basedOn w:val="Normlny"/>
    <w:uiPriority w:val="99"/>
    <w:unhideWhenUsed/>
    <w:rsid w:val="00AA1D8D"/>
    <w:pPr>
      <w:ind w:left="360" w:hanging="360"/>
      <w:contextualSpacing/>
    </w:pPr>
  </w:style>
  <w:style w:type="paragraph" w:styleId="Zoznam2">
    <w:name w:val="List 2"/>
    <w:basedOn w:val="Normlny"/>
    <w:uiPriority w:val="99"/>
    <w:unhideWhenUsed/>
    <w:rsid w:val="00326F90"/>
    <w:pPr>
      <w:ind w:left="720" w:hanging="360"/>
      <w:contextualSpacing/>
    </w:pPr>
  </w:style>
  <w:style w:type="paragraph" w:styleId="Zoznam3">
    <w:name w:val="List 3"/>
    <w:basedOn w:val="Normlny"/>
    <w:uiPriority w:val="99"/>
    <w:unhideWhenUsed/>
    <w:rsid w:val="00326F90"/>
    <w:pPr>
      <w:ind w:left="1080" w:hanging="360"/>
      <w:contextualSpacing/>
    </w:pPr>
  </w:style>
  <w:style w:type="paragraph" w:styleId="Zoznamsodrkami">
    <w:name w:val="List Bullet"/>
    <w:basedOn w:val="Normlny"/>
    <w:uiPriority w:val="99"/>
    <w:unhideWhenUsed/>
    <w:rsid w:val="00326F90"/>
    <w:pPr>
      <w:numPr>
        <w:numId w:val="1"/>
      </w:numPr>
      <w:contextualSpacing/>
    </w:pPr>
  </w:style>
  <w:style w:type="paragraph" w:styleId="Zoznamsodrkami2">
    <w:name w:val="List Bullet 2"/>
    <w:basedOn w:val="Normlny"/>
    <w:uiPriority w:val="99"/>
    <w:unhideWhenUsed/>
    <w:rsid w:val="00326F90"/>
    <w:pPr>
      <w:numPr>
        <w:numId w:val="2"/>
      </w:numPr>
      <w:contextualSpacing/>
    </w:pPr>
  </w:style>
  <w:style w:type="paragraph" w:styleId="Zoznamsodrkami3">
    <w:name w:val="List Bullet 3"/>
    <w:basedOn w:val="Normlny"/>
    <w:uiPriority w:val="99"/>
    <w:unhideWhenUsed/>
    <w:rsid w:val="00326F90"/>
    <w:pPr>
      <w:numPr>
        <w:numId w:val="3"/>
      </w:numPr>
      <w:contextualSpacing/>
    </w:pPr>
  </w:style>
  <w:style w:type="paragraph" w:styleId="slovanzoznam">
    <w:name w:val="List Number"/>
    <w:basedOn w:val="Normlny"/>
    <w:uiPriority w:val="99"/>
    <w:unhideWhenUsed/>
    <w:rsid w:val="00326F90"/>
    <w:pPr>
      <w:numPr>
        <w:numId w:val="5"/>
      </w:numPr>
      <w:contextualSpacing/>
    </w:pPr>
  </w:style>
  <w:style w:type="paragraph" w:styleId="slovanzoznam2">
    <w:name w:val="List Number 2"/>
    <w:basedOn w:val="Normlny"/>
    <w:uiPriority w:val="99"/>
    <w:unhideWhenUsed/>
    <w:rsid w:val="0029639D"/>
    <w:pPr>
      <w:numPr>
        <w:numId w:val="6"/>
      </w:numPr>
      <w:contextualSpacing/>
    </w:pPr>
  </w:style>
  <w:style w:type="paragraph" w:styleId="slovanzoznam3">
    <w:name w:val="List Number 3"/>
    <w:basedOn w:val="Normlny"/>
    <w:uiPriority w:val="99"/>
    <w:unhideWhenUsed/>
    <w:rsid w:val="0029639D"/>
    <w:pPr>
      <w:numPr>
        <w:numId w:val="7"/>
      </w:numPr>
      <w:contextualSpacing/>
    </w:pPr>
  </w:style>
  <w:style w:type="paragraph" w:styleId="Pokraovaniezoznamu">
    <w:name w:val="List Continue"/>
    <w:basedOn w:val="Normlny"/>
    <w:uiPriority w:val="99"/>
    <w:unhideWhenUsed/>
    <w:rsid w:val="0029639D"/>
    <w:pPr>
      <w:ind w:left="360"/>
      <w:contextualSpacing/>
    </w:pPr>
  </w:style>
  <w:style w:type="paragraph" w:styleId="Pokraovaniezoznamu2">
    <w:name w:val="List Continue 2"/>
    <w:basedOn w:val="Normlny"/>
    <w:uiPriority w:val="99"/>
    <w:unhideWhenUsed/>
    <w:rsid w:val="0029639D"/>
    <w:pPr>
      <w:ind w:left="720"/>
      <w:contextualSpacing/>
    </w:pPr>
  </w:style>
  <w:style w:type="paragraph" w:styleId="Pokraovaniezoznamu3">
    <w:name w:val="List Continue 3"/>
    <w:basedOn w:val="Normlny"/>
    <w:uiPriority w:val="99"/>
    <w:unhideWhenUsed/>
    <w:rsid w:val="0029639D"/>
    <w:pPr>
      <w:ind w:left="1080"/>
      <w:contextualSpacing/>
    </w:pPr>
  </w:style>
  <w:style w:type="paragraph" w:styleId="Textmakra">
    <w:name w:val="macro"/>
    <w:link w:val="Textmakra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kraChar">
    <w:name w:val="Text makra Char"/>
    <w:basedOn w:val="Predvolenpsmoodseku"/>
    <w:link w:val="Textmakra"/>
    <w:uiPriority w:val="99"/>
    <w:rsid w:val="0029639D"/>
    <w:rPr>
      <w:rFonts w:ascii="Courier" w:hAnsi="Courier"/>
      <w:sz w:val="20"/>
      <w:szCs w:val="20"/>
    </w:rPr>
  </w:style>
  <w:style w:type="paragraph" w:styleId="Citcia">
    <w:name w:val="Quote"/>
    <w:basedOn w:val="Normlny"/>
    <w:next w:val="Normlny"/>
    <w:link w:val="CitciaChar"/>
    <w:uiPriority w:val="29"/>
    <w:qFormat/>
    <w:rsid w:val="00FC693F"/>
    <w:rPr>
      <w:i/>
      <w:iCs/>
      <w:color w:val="000000" w:themeColor="text1"/>
    </w:rPr>
  </w:style>
  <w:style w:type="character" w:customStyle="1" w:styleId="CitciaChar">
    <w:name w:val="Citácia Char"/>
    <w:basedOn w:val="Predvolenpsmoodseku"/>
    <w:link w:val="Citcia"/>
    <w:uiPriority w:val="29"/>
    <w:rsid w:val="00FC693F"/>
    <w:rPr>
      <w:i/>
      <w:iCs/>
      <w:color w:val="000000" w:themeColor="text1"/>
    </w:rPr>
  </w:style>
  <w:style w:type="character" w:customStyle="1" w:styleId="Nadpis4Char">
    <w:name w:val="Nadpis 4 Char"/>
    <w:basedOn w:val="Predvolenpsmoodseku"/>
    <w:link w:val="Nadpis4"/>
    <w:uiPriority w:val="9"/>
    <w:semiHidden/>
    <w:rsid w:val="00FC693F"/>
    <w:rPr>
      <w:rFonts w:asciiTheme="majorHAnsi" w:eastAsiaTheme="majorEastAsia" w:hAnsiTheme="majorHAnsi" w:cstheme="majorBidi"/>
      <w:b/>
      <w:bCs/>
      <w:i/>
      <w:iCs/>
      <w:color w:val="4F81BD" w:themeColor="accent1"/>
    </w:rPr>
  </w:style>
  <w:style w:type="character" w:customStyle="1" w:styleId="Nadpis5Char">
    <w:name w:val="Nadpis 5 Char"/>
    <w:basedOn w:val="Predvolenpsmoodseku"/>
    <w:link w:val="Nadpis5"/>
    <w:uiPriority w:val="9"/>
    <w:semiHidden/>
    <w:rsid w:val="00FC693F"/>
    <w:rPr>
      <w:rFonts w:asciiTheme="majorHAnsi" w:eastAsiaTheme="majorEastAsia" w:hAnsiTheme="majorHAnsi" w:cstheme="majorBidi"/>
      <w:color w:val="243F60" w:themeColor="accent1" w:themeShade="7F"/>
    </w:rPr>
  </w:style>
  <w:style w:type="character" w:customStyle="1" w:styleId="Nadpis6Char">
    <w:name w:val="Nadpis 6 Char"/>
    <w:basedOn w:val="Predvolenpsmoodseku"/>
    <w:link w:val="Nadpis6"/>
    <w:uiPriority w:val="9"/>
    <w:semiHidden/>
    <w:rsid w:val="00FC693F"/>
    <w:rPr>
      <w:rFonts w:asciiTheme="majorHAnsi" w:eastAsiaTheme="majorEastAsia" w:hAnsiTheme="majorHAnsi" w:cstheme="majorBidi"/>
      <w:i/>
      <w:iCs/>
      <w:color w:val="243F60" w:themeColor="accent1" w:themeShade="7F"/>
    </w:rPr>
  </w:style>
  <w:style w:type="character" w:customStyle="1" w:styleId="Nadpis7Char">
    <w:name w:val="Nadpis 7 Char"/>
    <w:basedOn w:val="Predvolenpsmoodseku"/>
    <w:link w:val="Nadpis7"/>
    <w:uiPriority w:val="9"/>
    <w:semiHidden/>
    <w:rsid w:val="00FC693F"/>
    <w:rPr>
      <w:rFonts w:asciiTheme="majorHAnsi" w:eastAsiaTheme="majorEastAsia" w:hAnsiTheme="majorHAnsi" w:cstheme="majorBidi"/>
      <w:i/>
      <w:iCs/>
      <w:color w:val="404040" w:themeColor="text1" w:themeTint="BF"/>
    </w:rPr>
  </w:style>
  <w:style w:type="character" w:customStyle="1" w:styleId="Nadpis8Char">
    <w:name w:val="Nadpis 8 Char"/>
    <w:basedOn w:val="Predvolenpsmoodseku"/>
    <w:link w:val="Nadpis8"/>
    <w:uiPriority w:val="9"/>
    <w:semiHidden/>
    <w:rsid w:val="00FC693F"/>
    <w:rPr>
      <w:rFonts w:asciiTheme="majorHAnsi" w:eastAsiaTheme="majorEastAsia" w:hAnsiTheme="majorHAnsi" w:cstheme="majorBidi"/>
      <w:color w:val="4F81BD" w:themeColor="accent1"/>
      <w:sz w:val="20"/>
      <w:szCs w:val="20"/>
    </w:rPr>
  </w:style>
  <w:style w:type="character" w:customStyle="1" w:styleId="Nadpis9Char">
    <w:name w:val="Nadpis 9 Char"/>
    <w:basedOn w:val="Predvolenpsmoodseku"/>
    <w:link w:val="Nadpis9"/>
    <w:uiPriority w:val="9"/>
    <w:semiHidden/>
    <w:rsid w:val="00FC693F"/>
    <w:rPr>
      <w:rFonts w:asciiTheme="majorHAnsi" w:eastAsiaTheme="majorEastAsia" w:hAnsiTheme="majorHAnsi" w:cstheme="majorBidi"/>
      <w:i/>
      <w:iCs/>
      <w:color w:val="404040" w:themeColor="text1" w:themeTint="BF"/>
      <w:sz w:val="20"/>
      <w:szCs w:val="20"/>
    </w:rPr>
  </w:style>
  <w:style w:type="paragraph" w:styleId="Popis">
    <w:name w:val="caption"/>
    <w:basedOn w:val="Normlny"/>
    <w:next w:val="Normlny"/>
    <w:uiPriority w:val="35"/>
    <w:semiHidden/>
    <w:unhideWhenUsed/>
    <w:qFormat/>
    <w:rsid w:val="00FC693F"/>
    <w:pPr>
      <w:spacing w:line="240" w:lineRule="auto"/>
    </w:pPr>
    <w:rPr>
      <w:b/>
      <w:bCs/>
      <w:color w:val="4F81BD" w:themeColor="accent1"/>
      <w:sz w:val="18"/>
      <w:szCs w:val="18"/>
    </w:rPr>
  </w:style>
  <w:style w:type="character" w:styleId="Vrazn">
    <w:name w:val="Strong"/>
    <w:basedOn w:val="Predvolenpsmoodseku"/>
    <w:uiPriority w:val="22"/>
    <w:qFormat/>
    <w:rsid w:val="00FC693F"/>
    <w:rPr>
      <w:b/>
      <w:bCs/>
    </w:rPr>
  </w:style>
  <w:style w:type="character" w:styleId="Zvraznenie">
    <w:name w:val="Emphasis"/>
    <w:basedOn w:val="Predvolenpsmoodseku"/>
    <w:uiPriority w:val="20"/>
    <w:qFormat/>
    <w:rsid w:val="00FC693F"/>
    <w:rPr>
      <w:i/>
      <w:iCs/>
    </w:rPr>
  </w:style>
  <w:style w:type="paragraph" w:styleId="Zvraznencitcia">
    <w:name w:val="Intense Quote"/>
    <w:basedOn w:val="Normlny"/>
    <w:next w:val="Normlny"/>
    <w:link w:val="ZvraznencitciaChar"/>
    <w:uiPriority w:val="30"/>
    <w:qFormat/>
    <w:rsid w:val="00FC693F"/>
    <w:pPr>
      <w:spacing w:before="200" w:after="280"/>
      <w:ind w:left="936" w:right="936"/>
    </w:pPr>
    <w:rPr>
      <w:b/>
      <w:bCs/>
      <w:i/>
      <w:iCs/>
      <w:color w:val="4F81BD" w:themeColor="accent1"/>
    </w:rPr>
  </w:style>
  <w:style w:type="character" w:customStyle="1" w:styleId="ZvraznencitciaChar">
    <w:name w:val="Zvýraznená citácia Char"/>
    <w:basedOn w:val="Predvolenpsmoodseku"/>
    <w:link w:val="Zvraznencitcia"/>
    <w:uiPriority w:val="30"/>
    <w:rsid w:val="00FC693F"/>
    <w:rPr>
      <w:b/>
      <w:bCs/>
      <w:i/>
      <w:iCs/>
      <w:color w:val="4F81BD" w:themeColor="accent1"/>
    </w:rPr>
  </w:style>
  <w:style w:type="character" w:styleId="Jemnzvraznenie">
    <w:name w:val="Subtle Emphasis"/>
    <w:basedOn w:val="Predvolenpsmoodseku"/>
    <w:uiPriority w:val="19"/>
    <w:qFormat/>
    <w:rsid w:val="00FC693F"/>
    <w:rPr>
      <w:i/>
      <w:iCs/>
      <w:color w:val="808080" w:themeColor="text1" w:themeTint="7F"/>
    </w:rPr>
  </w:style>
  <w:style w:type="character" w:styleId="Intenzvnezvraznenie">
    <w:name w:val="Intense Emphasis"/>
    <w:basedOn w:val="Predvolenpsmoodseku"/>
    <w:uiPriority w:val="21"/>
    <w:qFormat/>
    <w:rsid w:val="00FC693F"/>
    <w:rPr>
      <w:b/>
      <w:bCs/>
      <w:i/>
      <w:iCs/>
      <w:color w:val="4F81BD" w:themeColor="accent1"/>
    </w:rPr>
  </w:style>
  <w:style w:type="character" w:styleId="Jemnodkaz">
    <w:name w:val="Subtle Reference"/>
    <w:basedOn w:val="Predvolenpsmoodseku"/>
    <w:uiPriority w:val="31"/>
    <w:qFormat/>
    <w:rsid w:val="00FC693F"/>
    <w:rPr>
      <w:smallCaps/>
      <w:color w:val="C0504D" w:themeColor="accent2"/>
      <w:u w:val="single"/>
    </w:rPr>
  </w:style>
  <w:style w:type="character" w:styleId="Zvraznenodkaz">
    <w:name w:val="Intense Reference"/>
    <w:basedOn w:val="Predvolenpsmoodseku"/>
    <w:uiPriority w:val="32"/>
    <w:qFormat/>
    <w:rsid w:val="00FC693F"/>
    <w:rPr>
      <w:b/>
      <w:bCs/>
      <w:smallCaps/>
      <w:color w:val="C0504D" w:themeColor="accent2"/>
      <w:spacing w:val="5"/>
      <w:u w:val="single"/>
    </w:rPr>
  </w:style>
  <w:style w:type="character" w:styleId="Nzovknihy">
    <w:name w:val="Book Title"/>
    <w:basedOn w:val="Predvolenpsmoodseku"/>
    <w:uiPriority w:val="33"/>
    <w:qFormat/>
    <w:rsid w:val="00FC693F"/>
    <w:rPr>
      <w:b/>
      <w:bCs/>
      <w:smallCaps/>
      <w:spacing w:val="5"/>
    </w:rPr>
  </w:style>
  <w:style w:type="paragraph" w:styleId="Hlavikaobsahu">
    <w:name w:val="TOC Heading"/>
    <w:basedOn w:val="Nadpis1"/>
    <w:next w:val="Normlny"/>
    <w:uiPriority w:val="39"/>
    <w:semiHidden/>
    <w:unhideWhenUsed/>
    <w:qFormat/>
    <w:rsid w:val="00FC693F"/>
    <w:pPr>
      <w:outlineLvl w:val="9"/>
    </w:pPr>
  </w:style>
  <w:style w:type="table" w:styleId="Mriekatabuky">
    <w:name w:val="Table Grid"/>
    <w:basedOn w:val="Normlnatabuka"/>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vetlpodfarbenie">
    <w:name w:val="Light Shading"/>
    <w:basedOn w:val="Normlnatabuka"/>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etlpodfarbeniezvraznenie1">
    <w:name w:val="Light Shading Accent 1"/>
    <w:basedOn w:val="Normlnatabuka"/>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etlpodfarbeniezvraznenie2">
    <w:name w:val="Light Shading Accent 2"/>
    <w:basedOn w:val="Normlnatabuka"/>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etlpodfarbeniezvraznenie3">
    <w:name w:val="Light Shading Accent 3"/>
    <w:basedOn w:val="Normlnatabuka"/>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etlpodfarbeniezvraznenie4">
    <w:name w:val="Light Shading Accent 4"/>
    <w:basedOn w:val="Normlnatabuka"/>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etlpodfarbeniezvraznenie5">
    <w:name w:val="Light Shading Accent 5"/>
    <w:basedOn w:val="Normlnatabuka"/>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etlpodfarbeniezvraznenie6">
    <w:name w:val="Light Shading Accent 6"/>
    <w:basedOn w:val="Normlnatabuka"/>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vetlzoznam">
    <w:name w:val="Light List"/>
    <w:basedOn w:val="Normlnatabuka"/>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Svetlzoznamzvraznenie1">
    <w:name w:val="Light List Accent 1"/>
    <w:basedOn w:val="Normlnatabuka"/>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vetlzoznamzvraznenie2">
    <w:name w:val="Light List Accent 2"/>
    <w:basedOn w:val="Normlnatabuka"/>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Svetlzoznamzvraznenie3">
    <w:name w:val="Light List Accent 3"/>
    <w:basedOn w:val="Normlnatabuka"/>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Svetlzoznamzvraznenie4">
    <w:name w:val="Light List Accent 4"/>
    <w:basedOn w:val="Normlnatabuka"/>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Svetlzoznamzvraznenie5">
    <w:name w:val="Light List Accent 5"/>
    <w:basedOn w:val="Normlnatabuka"/>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Svetlzoznamzvraznenie6">
    <w:name w:val="Light List Accent 6"/>
    <w:basedOn w:val="Normlnatabuka"/>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Svetlmrieka">
    <w:name w:val="Light Grid"/>
    <w:basedOn w:val="Normlnatabuka"/>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Svetlmriekazvraznenie1">
    <w:name w:val="Light Grid Accent 1"/>
    <w:basedOn w:val="Normlnatabuka"/>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Svetlmriekazvraznenie2">
    <w:name w:val="Light Grid Accent 2"/>
    <w:basedOn w:val="Normlnatabuka"/>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Svetlmriekazvraznenie3">
    <w:name w:val="Light Grid Accent 3"/>
    <w:basedOn w:val="Normlnatabuka"/>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Svetlmriekazvraznenie4">
    <w:name w:val="Light Grid Accent 4"/>
    <w:basedOn w:val="Normlnatabuka"/>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Svetlmriekazvraznenie5">
    <w:name w:val="Light Grid Accent 5"/>
    <w:basedOn w:val="Normlnatabuka"/>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Svetlmriekazvraznenie6">
    <w:name w:val="Light Grid Accent 6"/>
    <w:basedOn w:val="Normlnatabuka"/>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trednpodfarbenie1">
    <w:name w:val="Medium Shading 1"/>
    <w:basedOn w:val="Normlnatabuka"/>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rednpodfarbenie1zvraznenie1">
    <w:name w:val="Medium Shading 1 Accent 1"/>
    <w:basedOn w:val="Normlnatabuka"/>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trednpodfarbenie1zvraznenie2">
    <w:name w:val="Medium Shading 1 Accent 2"/>
    <w:basedOn w:val="Normlnatabuka"/>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trednpodfarbenie1zvraznenie3">
    <w:name w:val="Medium Shading 1 Accent 3"/>
    <w:basedOn w:val="Normlnatabuka"/>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trednpodfarbenie1zvraznenie4">
    <w:name w:val="Medium Shading 1 Accent 4"/>
    <w:basedOn w:val="Normlnatabuka"/>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trednpodfarbenie1zvraznenie5">
    <w:name w:val="Medium Shading 1 Accent 5"/>
    <w:basedOn w:val="Normlnatabuka"/>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Farebnpodfarbenie1zvraznenie6">
    <w:name w:val="Medium Shading 1 Accent 6"/>
    <w:basedOn w:val="Normlnatabuka"/>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trednpodfarbenie2">
    <w:name w:val="Medium Shading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1">
    <w:name w:val="Medium Shading 2 Accent 1"/>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2">
    <w:name w:val="Medium Shading 2 Accent 2"/>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3">
    <w:name w:val="Medium Shading 2 Accent 3"/>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4">
    <w:name w:val="Medium Shading 2 Accent 4"/>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podfarbenie2zvraznenie5">
    <w:name w:val="Medium Shading 2 Accent 5"/>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arebnpodfarbenie2zvraznenie6">
    <w:name w:val="Medium Shading 2 Accent 6"/>
    <w:basedOn w:val="Normlnatabuka"/>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trednzoznam1">
    <w:name w:val="Medium List 1"/>
    <w:basedOn w:val="Normlnatabuka"/>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trednzoznam1zvraznenie1">
    <w:name w:val="Medium List 1 Accent 1"/>
    <w:basedOn w:val="Normlnatabuka"/>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trednzoznam1zvraznenie2">
    <w:name w:val="Medium List 1 Accent 2"/>
    <w:basedOn w:val="Normlnatabuka"/>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trednzoznam1zvraznenie3">
    <w:name w:val="Medium List 1 Accent 3"/>
    <w:basedOn w:val="Normlnatabuka"/>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trednzoznam1zvraznenie4">
    <w:name w:val="Medium List 1 Accent 4"/>
    <w:basedOn w:val="Normlnatabuka"/>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trednzoznam1zvraznenie5">
    <w:name w:val="Medium List 1 Accent 5"/>
    <w:basedOn w:val="Normlnatabuka"/>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trednzoznam1zvraznenie6">
    <w:name w:val="Medium List 1 Accent 6"/>
    <w:basedOn w:val="Normlnatabuka"/>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trednzoznam2">
    <w:name w:val="Medium Lis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1">
    <w:name w:val="Medium List 2 Accent 1"/>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2">
    <w:name w:val="Medium List 2 Accent 2"/>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3">
    <w:name w:val="Medium List 2 Accent 3"/>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4">
    <w:name w:val="Medium List 2 Accent 4"/>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5">
    <w:name w:val="Medium List 2 Accent 5"/>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zoznam2zvraznenie6">
    <w:name w:val="Medium List 2 Accent 6"/>
    <w:basedOn w:val="Normlnatabuka"/>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trednmrieka1">
    <w:name w:val="Medium Grid 1"/>
    <w:basedOn w:val="Normlnatabuka"/>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trednmrieka1zvraznenie1">
    <w:name w:val="Medium Grid 1 Accent 1"/>
    <w:basedOn w:val="Normlnatabuka"/>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trednmrieka1zvraznenie2">
    <w:name w:val="Medium Grid 1 Accent 2"/>
    <w:basedOn w:val="Normlnatabuka"/>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trednmrieka1zvraznenie3">
    <w:name w:val="Medium Grid 1 Accent 3"/>
    <w:basedOn w:val="Normlnatabuka"/>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trednmrieka1zvraznenie4">
    <w:name w:val="Medium Grid 1 Accent 4"/>
    <w:basedOn w:val="Normlnatabuka"/>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trednmrieka1zvraznenie5">
    <w:name w:val="Medium Grid 1 Accent 5"/>
    <w:basedOn w:val="Normlnatabuka"/>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trednmrieka1zvraznenie6">
    <w:name w:val="Medium Grid 1 Accent 6"/>
    <w:basedOn w:val="Normlnatabuka"/>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trednmrieka2">
    <w:name w:val="Medium Grid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Strednmrieka2zvraznenie1">
    <w:name w:val="Medium Grid 2 Accent 1"/>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Strednmrieka2zvraznenie2">
    <w:name w:val="Medium Grid 2 Accent 2"/>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Strednmrieka2zvraznenie3">
    <w:name w:val="Medium Grid 2 Accent 3"/>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Strednmrieka2zvraznenie4">
    <w:name w:val="Medium Grid 2 Accent 4"/>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Strednmrieka2zvraznenie5">
    <w:name w:val="Medium Grid 2 Accent 5"/>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Strednmrieka2zvraznenie6">
    <w:name w:val="Medium Grid 2 Accent 6"/>
    <w:basedOn w:val="Normlnatabuka"/>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Strednmrieka3">
    <w:name w:val="Medium Grid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trednmrieka3zvraznenie1">
    <w:name w:val="Medium Grid 3 Accent 1"/>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trednmrieka3zvraznenie2">
    <w:name w:val="Medium Grid 3 Accent 2"/>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Strednmrieka3zvraznenie3">
    <w:name w:val="Medium Grid 3 Accent 3"/>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Strednmrieka3zvraznenie4">
    <w:name w:val="Medium Grid 3 Accent 4"/>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Strednmrieka3zvraznenie5">
    <w:name w:val="Medium Grid 3 Accent 5"/>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Strednmrieka3zvraznenie6">
    <w:name w:val="Medium Grid 3 Accent 6"/>
    <w:basedOn w:val="Normlnatabuka"/>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Tmavzoznam">
    <w:name w:val="Dark List"/>
    <w:basedOn w:val="Normlnatabuka"/>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mavzoznamzvraznenie1">
    <w:name w:val="Dark List Accent 1"/>
    <w:basedOn w:val="Normlnatabuka"/>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mavzoznamzvraznenie2">
    <w:name w:val="Dark List Accent 2"/>
    <w:basedOn w:val="Normlnatabuka"/>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mavzoznamzvraznenie3">
    <w:name w:val="Dark List Accent 3"/>
    <w:basedOn w:val="Normlnatabuka"/>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mavzoznamzvraznenie4">
    <w:name w:val="Dark List Accent 4"/>
    <w:basedOn w:val="Normlnatabuka"/>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mavzoznamzvraznenie5">
    <w:name w:val="Dark List Accent 5"/>
    <w:basedOn w:val="Normlnatabuka"/>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mavzoznamzvraznenie6">
    <w:name w:val="Dark List Accent 6"/>
    <w:basedOn w:val="Normlnatabuka"/>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ebnpodfarbenie">
    <w:name w:val="Colorful Shading"/>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ebnpodfarbeniezvraznenie1">
    <w:name w:val="Colorful Shading Accent 1"/>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ebnpodfarbeniezvraznenie2">
    <w:name w:val="Colorful Shading Accent 2"/>
    <w:basedOn w:val="Normlnatabuka"/>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ebnpodfarbeniezvraznenie3">
    <w:name w:val="Colorful Shading Accent 3"/>
    <w:basedOn w:val="Normlnatabuka"/>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ebnpodfarbeniezvraznenie4">
    <w:name w:val="Colorful Shading Accent 4"/>
    <w:basedOn w:val="Normlnatabuka"/>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ebnpodfarbeniezvraznenie5">
    <w:name w:val="Colorful Shading Accent 5"/>
    <w:basedOn w:val="Normlnatabuka"/>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ebnpodfarbeniezvraznenie6">
    <w:name w:val="Colorful Shading Accent 6"/>
    <w:basedOn w:val="Normlnatabuka"/>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ebnzoznam">
    <w:name w:val="Colorful List"/>
    <w:basedOn w:val="Normlnatabuka"/>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ebnzoznamzvraznenie1">
    <w:name w:val="Colorful List Accent 1"/>
    <w:basedOn w:val="Normlnatabuka"/>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ebnzoznamzvraznenie2">
    <w:name w:val="Colorful List Accent 2"/>
    <w:basedOn w:val="Normlnatabuka"/>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ebnzoznamzvraznenie3">
    <w:name w:val="Colorful List Accent 3"/>
    <w:basedOn w:val="Normlnatabuka"/>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ebnzoznamzvraznenie4">
    <w:name w:val="Colorful List Accent 4"/>
    <w:basedOn w:val="Normlnatabuka"/>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ebnzoznamzvraznenie5">
    <w:name w:val="Colorful List Accent 5"/>
    <w:basedOn w:val="Normlnatabuka"/>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ebnzoznamzvraznenie6">
    <w:name w:val="Colorful List Accent 6"/>
    <w:basedOn w:val="Normlnatabuka"/>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ebnmrieka">
    <w:name w:val="Colorful Grid"/>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ebnmriekazvraznenie1">
    <w:name w:val="Colorful Grid Accent 1"/>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ebnmriekazvraznenie2">
    <w:name w:val="Colorful Grid Accent 2"/>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ebnmriekazvraznenie3">
    <w:name w:val="Colorful Grid Accent 3"/>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ebnmriekazvraznenie4">
    <w:name w:val="Colorful Grid Accent 4"/>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ebnmriekazvraznenie5">
    <w:name w:val="Colorful Grid Accent 5"/>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ebnmriekazvraznenie6">
    <w:name w:val="Colorful Grid Accent 6"/>
    <w:basedOn w:val="Normlnatabuka"/>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1691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Formulár na odstúpenie od zmluvy</dc:title>
  <dc:subject>Odstúpenie spotrebiteľa od internetového nákupu</dc:subject>
  <dc:creator>E-DATASHOP</dc:creator>
  <cp:keywords/>
  <dc:description>generated by python-docx</dc:description>
  <cp:lastModifiedBy>František Javorík</cp:lastModifiedBy>
  <cp:revision>2</cp:revision>
  <dcterms:created xsi:type="dcterms:W3CDTF">2026-11-07T10:48:00Z</dcterms:created>
  <dcterms:modified xsi:type="dcterms:W3CDTF">2026-11-07T10:48:00Z</dcterms:modified>
  <cp:category/>
</cp:coreProperties>
</file>